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body>
    <w:p w:rsidRPr="00CA00D9" w:rsidR="0070166B" w:rsidP="005462DA" w:rsidRDefault="00CA00D9" w14:paraId="1F45F13C" w14:textId="17BD5F59">
      <w:pPr>
        <w:spacing w:after="0"/>
        <w:jc w:val="right"/>
        <w:rPr>
          <w:rFonts w:hint="eastAsia" w:ascii="Gotham" w:hAnsi="Gotham"/>
          <w:lang w:val="es-DO"/>
        </w:rPr>
      </w:pPr>
      <w:r w:rsidRPr="00CA00D9">
        <w:rPr>
          <w:rFonts w:ascii="Gotham" w:hAnsi="Gotham"/>
          <w:noProof/>
          <w:lang w:val="es-DO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7FA0F075" wp14:editId="0EFDB287">
                <wp:simplePos x="0" y="0"/>
                <wp:positionH relativeFrom="column">
                  <wp:posOffset>-29845</wp:posOffset>
                </wp:positionH>
                <wp:positionV relativeFrom="paragraph">
                  <wp:posOffset>-1058545</wp:posOffset>
                </wp:positionV>
                <wp:extent cx="6183630" cy="744855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83630" cy="7448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5D90" w:rsidRDefault="00BA5D90" w14:paraId="0A395ED0" w14:textId="77777777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lang w:val="es-DO"/>
                              </w:rPr>
                            </w:pPr>
                          </w:p>
                          <w:p w:rsidRPr="00BA5D90" w:rsidR="00CA00D9" w:rsidRDefault="00CA00D9" w14:paraId="00FB54F4" w14:textId="37D53AB1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lang w:val="es-DO"/>
                              </w:rPr>
                            </w:pPr>
                            <w:r w:rsidRPr="00BA5D90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lang w:val="es-DO"/>
                              </w:rPr>
                              <w:t>Modelo de carta de Solicitud No Objeción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 w14:anchorId="58E693CC">
              <v:shapetype id="_x0000_t202" coordsize="21600,21600" o:spt="202" path="m,l,21600r21600,l21600,xe" w14:anchorId="7FA0F075">
                <v:stroke joinstyle="miter"/>
                <v:path gradientshapeok="t" o:connecttype="rect"/>
              </v:shapetype>
              <v:shape id="Text Box 2" style="position:absolute;left:0;text-align:left;margin-left:-2.35pt;margin-top:-83.35pt;width:486.9pt;height:58.6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">
                <v:textbox>
                  <w:txbxContent>
                    <w:p w:rsidR="00BA5D90" w:rsidRDefault="00BA5D90" w14:paraId="672A6659" w14:textId="77777777">
                      <w:pPr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  <w:lang w:val="es-DO"/>
                        </w:rPr>
                      </w:pPr>
                    </w:p>
                    <w:p w:rsidRPr="00BA5D90" w:rsidR="00CA00D9" w:rsidRDefault="00CA00D9" w14:paraId="1AE3A06E" w14:textId="37D53AB1">
                      <w:pPr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  <w:lang w:val="es-DO"/>
                        </w:rPr>
                      </w:pPr>
                      <w:r w:rsidRPr="00BA5D90"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  <w:lang w:val="es-DO"/>
                        </w:rPr>
                        <w:t>Modelo de carta de Solicitud No Objeción</w:t>
                      </w:r>
                    </w:p>
                  </w:txbxContent>
                </v:textbox>
              </v:shape>
            </w:pict>
          </mc:Fallback>
        </mc:AlternateContent>
      </w:r>
      <w:r w:rsidRPr="00CA00D9">
        <w:rPr>
          <w:rFonts w:ascii="Gotham" w:hAnsi="Gotham"/>
          <w:lang w:val="es-DO"/>
        </w:rPr>
        <w:t>[Lugar], [fecha]</w:t>
      </w:r>
    </w:p>
    <w:p w:rsidR="005462DA" w:rsidP="005462DA" w:rsidRDefault="004C3014" w14:paraId="54D33200" w14:textId="77777777">
      <w:pPr>
        <w:spacing w:after="0"/>
        <w:jc w:val="both"/>
        <w:rPr>
          <w:rFonts w:hint="eastAsia" w:ascii="Gotham" w:hAnsi="Gotham"/>
          <w:lang w:val="es-DO"/>
        </w:rPr>
      </w:pPr>
      <w:r w:rsidRPr="00CA00D9">
        <w:rPr>
          <w:rFonts w:ascii="Gotham" w:hAnsi="Gotham"/>
          <w:lang w:val="es-DO"/>
        </w:rPr>
        <w:t>Señor/a</w:t>
      </w:r>
      <w:r w:rsidRPr="00CA00D9">
        <w:rPr>
          <w:rFonts w:ascii="Gotham" w:hAnsi="Gotham"/>
          <w:lang w:val="es-DO"/>
        </w:rPr>
        <w:br/>
      </w:r>
      <w:r w:rsidRPr="00F20342">
        <w:rPr>
          <w:rFonts w:ascii="Gotham" w:hAnsi="Gotham"/>
          <w:b/>
          <w:bCs/>
          <w:lang w:val="es-DO"/>
        </w:rPr>
        <w:t>[Nombre del/de la Ministro/a de la Presidencia]</w:t>
      </w:r>
    </w:p>
    <w:p w:rsidR="005462DA" w:rsidP="005462DA" w:rsidRDefault="004C3014" w14:paraId="201B57BB" w14:textId="4532196B">
      <w:pPr>
        <w:spacing w:after="0"/>
        <w:jc w:val="both"/>
        <w:rPr>
          <w:rFonts w:hint="eastAsia" w:ascii="Gotham" w:hAnsi="Gotham"/>
          <w:lang w:val="es-DO"/>
        </w:rPr>
      </w:pPr>
      <w:r w:rsidRPr="00CA00D9">
        <w:rPr>
          <w:rFonts w:ascii="Gotham" w:hAnsi="Gotham"/>
          <w:lang w:val="es-DO"/>
        </w:rPr>
        <w:t>Ministro/a de la Presidencia</w:t>
      </w:r>
    </w:p>
    <w:p w:rsidR="0070166B" w:rsidP="005462DA" w:rsidRDefault="004C3014" w14:paraId="59445EB7" w14:textId="6D508761">
      <w:pPr>
        <w:spacing w:after="0"/>
        <w:jc w:val="both"/>
        <w:rPr>
          <w:rFonts w:hint="eastAsia" w:ascii="Gotham" w:hAnsi="Gotham"/>
          <w:lang w:val="es-DO"/>
        </w:rPr>
      </w:pPr>
      <w:r w:rsidRPr="00CA00D9">
        <w:rPr>
          <w:rFonts w:ascii="Gotham" w:hAnsi="Gotham"/>
          <w:lang w:val="es-DO"/>
        </w:rPr>
        <w:t>Su despacho.</w:t>
      </w:r>
    </w:p>
    <w:p w:rsidRPr="00CA00D9" w:rsidR="00F20342" w:rsidP="005462DA" w:rsidRDefault="00F20342" w14:paraId="06EFD7B4" w14:textId="77777777">
      <w:pPr>
        <w:spacing w:after="0"/>
        <w:jc w:val="both"/>
        <w:rPr>
          <w:rFonts w:hint="eastAsia" w:ascii="Gotham" w:hAnsi="Gotham"/>
          <w:lang w:val="es-DO"/>
        </w:rPr>
      </w:pPr>
    </w:p>
    <w:p w:rsidRPr="00CA00D9" w:rsidR="0070166B" w:rsidP="005462DA" w:rsidRDefault="004C3014" w14:paraId="2EF27D1B" w14:textId="77777777">
      <w:pPr>
        <w:spacing w:after="0"/>
        <w:jc w:val="both"/>
        <w:rPr>
          <w:rFonts w:hint="eastAsia" w:ascii="Gotham" w:hAnsi="Gotham"/>
          <w:lang w:val="es-DO"/>
        </w:rPr>
      </w:pPr>
      <w:r w:rsidRPr="00CA00D9">
        <w:rPr>
          <w:rFonts w:ascii="Gotham" w:hAnsi="Gotham"/>
          <w:lang w:val="es-DO"/>
        </w:rPr>
        <w:t xml:space="preserve">Atención: </w:t>
      </w:r>
      <w:r w:rsidRPr="00A75153">
        <w:rPr>
          <w:rFonts w:ascii="Gotham" w:hAnsi="Gotham"/>
          <w:b/>
          <w:bCs/>
          <w:lang w:val="es-DO"/>
        </w:rPr>
        <w:t>[Nombre del/de la Viceministro/a de Cooperación Internacional]</w:t>
      </w:r>
      <w:r w:rsidRPr="00CA00D9">
        <w:rPr>
          <w:rFonts w:ascii="Gotham" w:hAnsi="Gotham"/>
          <w:lang w:val="es-DO"/>
        </w:rPr>
        <w:br/>
      </w:r>
      <w:r w:rsidRPr="00CA00D9">
        <w:rPr>
          <w:rFonts w:ascii="Gotham" w:hAnsi="Gotham"/>
          <w:lang w:val="es-DO"/>
        </w:rPr>
        <w:t>Viceministerio de Cooperación Internacional</w:t>
      </w:r>
    </w:p>
    <w:p w:rsidRPr="00CA00D9" w:rsidR="00146DF7" w:rsidP="005462DA" w:rsidRDefault="00146DF7" w14:paraId="167D6949" w14:textId="77777777">
      <w:pPr>
        <w:spacing w:after="0"/>
        <w:jc w:val="both"/>
        <w:rPr>
          <w:rFonts w:hint="eastAsia" w:ascii="Gotham" w:hAnsi="Gotham"/>
          <w:lang w:val="es-DO"/>
        </w:rPr>
      </w:pPr>
    </w:p>
    <w:p w:rsidRPr="00CA00D9" w:rsidR="0070166B" w:rsidP="005462DA" w:rsidRDefault="004C3014" w14:paraId="27B63A7E" w14:textId="15F29651">
      <w:pPr>
        <w:spacing w:after="0"/>
        <w:jc w:val="both"/>
        <w:rPr>
          <w:rFonts w:hint="eastAsia" w:ascii="Gotham" w:hAnsi="Gotham"/>
          <w:lang w:val="es-DO"/>
        </w:rPr>
      </w:pPr>
      <w:r w:rsidRPr="00CA00D9">
        <w:rPr>
          <w:rFonts w:ascii="Gotham" w:hAnsi="Gotham"/>
          <w:lang w:val="es-DO"/>
        </w:rPr>
        <w:t xml:space="preserve">Asunto: Solicitud de [No Objeción SINACID / registro en el SINACID / No Objeción SINACID y registro] para la iniciativa </w:t>
      </w:r>
      <w:r w:rsidRPr="00DF3377">
        <w:rPr>
          <w:rFonts w:ascii="Gotham" w:hAnsi="Gotham"/>
          <w:b/>
          <w:lang w:val="es-DO"/>
        </w:rPr>
        <w:t>"[nombre de la iniciativa]"</w:t>
      </w:r>
    </w:p>
    <w:p w:rsidRPr="00CA00D9" w:rsidR="00146DF7" w:rsidP="005462DA" w:rsidRDefault="00146DF7" w14:paraId="28566878" w14:textId="77777777">
      <w:pPr>
        <w:spacing w:after="0"/>
        <w:jc w:val="both"/>
        <w:rPr>
          <w:rFonts w:hint="eastAsia" w:ascii="Gotham" w:hAnsi="Gotham"/>
          <w:lang w:val="es-DO"/>
        </w:rPr>
      </w:pPr>
    </w:p>
    <w:p w:rsidRPr="00CA00D9" w:rsidR="0070166B" w:rsidP="005462DA" w:rsidRDefault="004C3014" w14:paraId="14EECAC5" w14:textId="43E7A29E">
      <w:pPr>
        <w:spacing w:after="0"/>
        <w:jc w:val="both"/>
        <w:rPr>
          <w:rFonts w:hint="eastAsia" w:ascii="Gotham" w:hAnsi="Gotham"/>
          <w:lang w:val="es-DO"/>
        </w:rPr>
      </w:pPr>
      <w:r w:rsidRPr="00CA00D9">
        <w:rPr>
          <w:rFonts w:ascii="Gotham" w:hAnsi="Gotham"/>
          <w:lang w:val="es-DO"/>
        </w:rPr>
        <w:t>Distinguido/a señor/a Ministro/a:</w:t>
      </w:r>
    </w:p>
    <w:p w:rsidRPr="00CA00D9" w:rsidR="00146DF7" w:rsidP="005462DA" w:rsidRDefault="00146DF7" w14:paraId="0DE1842A" w14:textId="77777777">
      <w:pPr>
        <w:spacing w:after="0"/>
        <w:jc w:val="both"/>
        <w:rPr>
          <w:rFonts w:hint="eastAsia" w:ascii="Gotham" w:hAnsi="Gotham"/>
          <w:lang w:val="es-DO"/>
        </w:rPr>
      </w:pPr>
    </w:p>
    <w:p w:rsidRPr="00CA00D9" w:rsidR="00921E7A" w:rsidP="005462DA" w:rsidRDefault="004C3014" w14:paraId="3D95CFF4" w14:textId="6D4F14E5">
      <w:pPr>
        <w:spacing w:after="0"/>
        <w:jc w:val="both"/>
        <w:rPr>
          <w:rFonts w:hint="eastAsia" w:ascii="Gotham" w:hAnsi="Gotham"/>
          <w:lang w:val="es-DO"/>
        </w:rPr>
      </w:pPr>
      <w:r w:rsidRPr="37328220" w:rsidR="004C3014">
        <w:rPr>
          <w:rFonts w:ascii="Gotham" w:hAnsi="Gotham"/>
          <w:lang w:val="es-DO"/>
        </w:rPr>
        <w:t xml:space="preserve">Cortésmente, [nombre de la institución solicitante] somete a consideración de ese órgano rector la solicitud de [No Objeción SINACID / registro en el SINACID / No Objeción SINACID y registro] respecto de la iniciativa de cooperación internacional denominada </w:t>
      </w:r>
      <w:r w:rsidRPr="37328220" w:rsidR="004C3014">
        <w:rPr>
          <w:rFonts w:ascii="Gotham" w:hAnsi="Gotham"/>
          <w:b w:val="1"/>
          <w:bCs w:val="1"/>
          <w:lang w:val="es-DO"/>
        </w:rPr>
        <w:t>"[</w:t>
      </w:r>
      <w:commentRangeStart w:id="0"/>
      <w:r w:rsidRPr="37328220" w:rsidR="004C3014">
        <w:rPr>
          <w:rFonts w:ascii="Gotham" w:hAnsi="Gotham"/>
          <w:b w:val="1"/>
          <w:bCs w:val="1"/>
          <w:lang w:val="es-DO"/>
        </w:rPr>
        <w:t>nombre de la iniciativa</w:t>
      </w:r>
      <w:commentRangeEnd w:id="0"/>
      <w:r>
        <w:rPr>
          <w:rStyle w:val="CommentReference"/>
        </w:rPr>
        <w:commentReference w:id="0"/>
      </w:r>
      <w:r w:rsidRPr="37328220" w:rsidR="004C3014">
        <w:rPr>
          <w:rFonts w:ascii="Gotham" w:hAnsi="Gotham"/>
          <w:b w:val="1"/>
          <w:bCs w:val="1"/>
          <w:lang w:val="es-DO"/>
        </w:rPr>
        <w:t>]"</w:t>
      </w:r>
      <w:r w:rsidRPr="37328220" w:rsidR="004C3014">
        <w:rPr>
          <w:rFonts w:ascii="Gotham" w:hAnsi="Gotham"/>
          <w:lang w:val="es-DO"/>
        </w:rPr>
        <w:t>. Para facilitar la revisión del expediente, en los cuadros siguientes se resumen los datos esenciales de la intervención y del punto focal institucional designado para la gestión de esta solicitud.</w:t>
      </w:r>
    </w:p>
    <w:tbl>
      <w:tblPr>
        <w:tblW w:w="9770" w:type="dxa"/>
        <w:tblInd w:w="1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2060"/>
        <w:gridCol w:w="1624"/>
        <w:gridCol w:w="1575"/>
        <w:gridCol w:w="1935"/>
        <w:gridCol w:w="2576"/>
      </w:tblGrid>
      <w:tr w:rsidRPr="000969DD" w:rsidR="001D2319" w:rsidTr="37328220" w14:paraId="34A477F4" w14:textId="77777777">
        <w:trPr>
          <w:trHeight w:val="660"/>
        </w:trPr>
        <w:tc>
          <w:tcPr>
            <w:tcW w:w="2060" w:type="dxa"/>
            <w:shd w:val="clear" w:color="auto" w:fill="D9D9D9" w:themeFill="background1" w:themeFillShade="D9"/>
            <w:tcMar/>
            <w:vAlign w:val="center"/>
            <w:hideMark/>
          </w:tcPr>
          <w:p w:rsidRPr="00921E7A" w:rsidR="00921E7A" w:rsidP="00BE709C" w:rsidRDefault="00921E7A" w14:paraId="233EBF6C" w14:textId="77777777">
            <w:pPr>
              <w:spacing w:after="0" w:line="240" w:lineRule="auto"/>
              <w:rPr>
                <w:rFonts w:ascii="Gotham" w:hAnsi="Gotham" w:eastAsia="Times New Roman" w:cs="Calibri"/>
                <w:b/>
                <w:bCs/>
                <w:sz w:val="20"/>
                <w:szCs w:val="20"/>
                <w:lang w:val="es-DO"/>
              </w:rPr>
            </w:pPr>
            <w:r w:rsidRPr="00921E7A">
              <w:rPr>
                <w:rFonts w:ascii="Gotham" w:hAnsi="Gotham" w:eastAsia="Times New Roman" w:cs="Calibri"/>
                <w:b/>
                <w:bCs/>
                <w:sz w:val="20"/>
                <w:szCs w:val="20"/>
                <w:lang w:val="es-DO"/>
              </w:rPr>
              <w:t>Institución/es ejecutora/s de los recursos:</w:t>
            </w:r>
          </w:p>
        </w:tc>
        <w:tc>
          <w:tcPr>
            <w:tcW w:w="3199" w:type="dxa"/>
            <w:gridSpan w:val="2"/>
            <w:tcMar/>
            <w:vAlign w:val="center"/>
            <w:hideMark/>
          </w:tcPr>
          <w:p w:rsidRPr="00921E7A" w:rsidR="00921E7A" w:rsidP="00BE709C" w:rsidRDefault="00921E7A" w14:paraId="394245A3" w14:textId="77777777">
            <w:pPr>
              <w:spacing w:after="0" w:line="240" w:lineRule="auto"/>
              <w:ind w:right="44"/>
              <w:rPr>
                <w:rFonts w:ascii="Gotham" w:hAnsi="Gotham" w:eastAsia="Times New Roman" w:cs="Calibri"/>
                <w:color w:val="153D64"/>
                <w:sz w:val="20"/>
                <w:szCs w:val="20"/>
                <w:lang w:val="es-DO"/>
              </w:rPr>
            </w:pPr>
          </w:p>
        </w:tc>
        <w:tc>
          <w:tcPr>
            <w:tcW w:w="1935" w:type="dxa"/>
            <w:shd w:val="clear" w:color="auto" w:fill="D9D9D9" w:themeFill="background1" w:themeFillShade="D9"/>
            <w:tcMar/>
            <w:vAlign w:val="center"/>
            <w:hideMark/>
          </w:tcPr>
          <w:p w:rsidRPr="0054016D" w:rsidR="00921E7A" w:rsidP="00BE709C" w:rsidRDefault="00921E7A" w14:paraId="3E7648EB" w14:textId="77777777">
            <w:pPr>
              <w:spacing w:after="0" w:line="240" w:lineRule="auto"/>
              <w:rPr>
                <w:rFonts w:ascii="Gotham" w:hAnsi="Gotham" w:eastAsia="Times New Roman" w:cs="Calibri"/>
                <w:b/>
                <w:bCs/>
                <w:sz w:val="20"/>
                <w:szCs w:val="20"/>
                <w:lang w:val="pt-PT"/>
              </w:rPr>
            </w:pPr>
            <w:r w:rsidRPr="0054016D">
              <w:rPr>
                <w:rFonts w:ascii="Gotham" w:hAnsi="Gotham" w:eastAsia="Times New Roman" w:cs="Calibri"/>
                <w:b/>
                <w:bCs/>
                <w:sz w:val="20"/>
                <w:szCs w:val="20"/>
                <w:lang w:val="pt-PT"/>
              </w:rPr>
              <w:t>Socio u organismo/s cooperante/s:</w:t>
            </w:r>
          </w:p>
        </w:tc>
        <w:tc>
          <w:tcPr>
            <w:tcW w:w="2576" w:type="dxa"/>
            <w:tcMar/>
            <w:vAlign w:val="center"/>
            <w:hideMark/>
          </w:tcPr>
          <w:p w:rsidRPr="00921E7A" w:rsidR="00921E7A" w:rsidP="00BE709C" w:rsidRDefault="00921E7A" w14:paraId="5AD83CE1" w14:textId="77777777">
            <w:pPr>
              <w:spacing w:after="0" w:line="240" w:lineRule="auto"/>
              <w:rPr>
                <w:rFonts w:ascii="Gotham" w:hAnsi="Gotham" w:eastAsia="Times New Roman" w:cs="Calibri"/>
                <w:b/>
                <w:bCs/>
                <w:color w:val="153D64"/>
                <w:sz w:val="20"/>
                <w:szCs w:val="20"/>
                <w:lang w:val="pt-PT"/>
              </w:rPr>
            </w:pPr>
          </w:p>
        </w:tc>
      </w:tr>
      <w:tr w:rsidRPr="000969DD" w:rsidR="001D2319" w:rsidTr="37328220" w14:paraId="05450545" w14:textId="77777777">
        <w:trPr>
          <w:trHeight w:val="213"/>
        </w:trPr>
        <w:tc>
          <w:tcPr>
            <w:tcW w:w="2060" w:type="dxa"/>
            <w:shd w:val="clear" w:color="auto" w:fill="D9D9D9" w:themeFill="background1" w:themeFillShade="D9"/>
            <w:tcMar/>
            <w:vAlign w:val="center"/>
            <w:hideMark/>
          </w:tcPr>
          <w:p w:rsidRPr="00921E7A" w:rsidR="00921E7A" w:rsidP="00BE709C" w:rsidRDefault="00146DF7" w14:paraId="2C8E7757" w14:textId="5B4463AF">
            <w:pPr>
              <w:spacing w:after="0" w:line="240" w:lineRule="auto"/>
              <w:rPr>
                <w:rFonts w:ascii="Gotham" w:hAnsi="Gotham" w:eastAsia="Times New Roman" w:cs="Calibri"/>
                <w:b/>
                <w:bCs/>
                <w:sz w:val="20"/>
                <w:szCs w:val="20"/>
                <w:lang w:val="es-DO"/>
              </w:rPr>
            </w:pPr>
            <w:r w:rsidRPr="00CA00D9">
              <w:rPr>
                <w:rFonts w:ascii="Gotham" w:hAnsi="Gotham" w:eastAsia="Times New Roman" w:cs="Calibri"/>
                <w:b/>
                <w:bCs/>
                <w:sz w:val="20"/>
                <w:szCs w:val="20"/>
                <w:lang w:val="es-DO"/>
              </w:rPr>
              <w:t>Presupuesto total:</w:t>
            </w:r>
          </w:p>
        </w:tc>
        <w:tc>
          <w:tcPr>
            <w:tcW w:w="3199" w:type="dxa"/>
            <w:gridSpan w:val="2"/>
            <w:tcMar/>
            <w:vAlign w:val="center"/>
            <w:hideMark/>
          </w:tcPr>
          <w:p w:rsidRPr="00921E7A" w:rsidR="00921E7A" w:rsidP="00BE709C" w:rsidRDefault="00921E7A" w14:paraId="70850D49" w14:textId="77777777">
            <w:pPr>
              <w:spacing w:after="0" w:line="240" w:lineRule="auto"/>
              <w:rPr>
                <w:rFonts w:ascii="Gotham" w:hAnsi="Gotham" w:eastAsia="Times New Roman" w:cs="Calibri"/>
                <w:color w:val="153D64"/>
                <w:sz w:val="20"/>
                <w:szCs w:val="20"/>
              </w:rPr>
            </w:pPr>
          </w:p>
        </w:tc>
        <w:tc>
          <w:tcPr>
            <w:tcW w:w="1935" w:type="dxa"/>
            <w:shd w:val="clear" w:color="auto" w:fill="D9D9D9" w:themeFill="background1" w:themeFillShade="D9"/>
            <w:tcMar/>
            <w:vAlign w:val="center"/>
            <w:hideMark/>
          </w:tcPr>
          <w:p w:rsidRPr="00921E7A" w:rsidR="00921E7A" w:rsidP="00BE709C" w:rsidRDefault="00921E7A" w14:paraId="3B5B8AB4" w14:textId="77777777">
            <w:pPr>
              <w:spacing w:after="0" w:line="240" w:lineRule="auto"/>
              <w:rPr>
                <w:rFonts w:ascii="Gotham" w:hAnsi="Gotham" w:eastAsia="Times New Roman" w:cs="Calibri"/>
                <w:b/>
                <w:bCs/>
                <w:sz w:val="20"/>
                <w:szCs w:val="20"/>
                <w:lang w:val="es-DO"/>
              </w:rPr>
            </w:pPr>
            <w:r w:rsidRPr="00921E7A">
              <w:rPr>
                <w:rFonts w:ascii="Gotham" w:hAnsi="Gotham" w:eastAsia="Times New Roman" w:cs="Calibri"/>
                <w:b/>
                <w:bCs/>
                <w:sz w:val="20"/>
                <w:szCs w:val="20"/>
                <w:lang w:val="es-DO"/>
              </w:rPr>
              <w:t>Fuente u origen de los recursos:</w:t>
            </w:r>
          </w:p>
        </w:tc>
        <w:tc>
          <w:tcPr>
            <w:tcW w:w="2576" w:type="dxa"/>
            <w:tcMar/>
            <w:vAlign w:val="center"/>
            <w:hideMark/>
          </w:tcPr>
          <w:p w:rsidRPr="00921E7A" w:rsidR="00921E7A" w:rsidP="00BE709C" w:rsidRDefault="00921E7A" w14:paraId="41E4E57F" w14:textId="77777777">
            <w:pPr>
              <w:spacing w:after="0" w:line="240" w:lineRule="auto"/>
              <w:rPr>
                <w:rFonts w:ascii="Gotham" w:hAnsi="Gotham" w:eastAsia="Times New Roman" w:cs="Calibri"/>
                <w:b/>
                <w:bCs/>
                <w:color w:val="153D64"/>
                <w:sz w:val="20"/>
                <w:szCs w:val="20"/>
                <w:lang w:val="es-DO"/>
              </w:rPr>
            </w:pPr>
          </w:p>
        </w:tc>
      </w:tr>
      <w:tr w:rsidRPr="00CA00D9" w:rsidR="00146DF7" w:rsidTr="37328220" w14:paraId="0B07EE7B" w14:textId="77777777">
        <w:trPr>
          <w:trHeight w:val="213"/>
        </w:trPr>
        <w:tc>
          <w:tcPr>
            <w:tcW w:w="2060" w:type="dxa"/>
            <w:shd w:val="clear" w:color="auto" w:fill="D9D9D9" w:themeFill="background1" w:themeFillShade="D9"/>
            <w:tcMar/>
            <w:vAlign w:val="center"/>
          </w:tcPr>
          <w:p w:rsidRPr="00CA00D9" w:rsidR="00146DF7" w:rsidP="00BE709C" w:rsidRDefault="00146DF7" w14:paraId="2734E863" w14:textId="32A1750E">
            <w:pPr>
              <w:spacing w:after="0" w:line="240" w:lineRule="auto"/>
              <w:rPr>
                <w:rFonts w:ascii="Gotham" w:hAnsi="Gotham" w:eastAsia="Times New Roman" w:cs="Calibri"/>
                <w:b/>
                <w:bCs/>
                <w:sz w:val="20"/>
                <w:szCs w:val="20"/>
                <w:lang w:val="es-DO"/>
              </w:rPr>
            </w:pPr>
            <w:r w:rsidRPr="00CA00D9">
              <w:rPr>
                <w:rFonts w:ascii="Gotham" w:hAnsi="Gotham" w:eastAsia="Times New Roman" w:cs="Calibri"/>
                <w:b/>
                <w:bCs/>
                <w:sz w:val="20"/>
                <w:szCs w:val="20"/>
                <w:lang w:val="es-DO"/>
              </w:rPr>
              <w:t>Monto no reembolsable</w:t>
            </w:r>
            <w:r w:rsidR="00BE709C">
              <w:rPr>
                <w:rFonts w:ascii="Gotham" w:hAnsi="Gotham" w:eastAsia="Times New Roman" w:cs="Calibri"/>
                <w:b/>
                <w:bCs/>
                <w:sz w:val="20"/>
                <w:szCs w:val="20"/>
                <w:lang w:val="es-DO"/>
              </w:rPr>
              <w:t>:</w:t>
            </w:r>
          </w:p>
        </w:tc>
        <w:tc>
          <w:tcPr>
            <w:tcW w:w="3199" w:type="dxa"/>
            <w:gridSpan w:val="2"/>
            <w:tcMar/>
            <w:vAlign w:val="center"/>
          </w:tcPr>
          <w:p w:rsidRPr="00CA00D9" w:rsidR="00146DF7" w:rsidP="00BE709C" w:rsidRDefault="00146DF7" w14:paraId="33C3EA65" w14:textId="77777777">
            <w:pPr>
              <w:spacing w:after="0" w:line="240" w:lineRule="auto"/>
              <w:rPr>
                <w:rFonts w:ascii="Gotham" w:hAnsi="Gotham" w:eastAsia="Times New Roman" w:cs="Calibri"/>
                <w:color w:val="153D64"/>
                <w:sz w:val="20"/>
                <w:szCs w:val="20"/>
              </w:rPr>
            </w:pPr>
          </w:p>
        </w:tc>
        <w:tc>
          <w:tcPr>
            <w:tcW w:w="1935" w:type="dxa"/>
            <w:shd w:val="clear" w:color="auto" w:fill="D9D9D9" w:themeFill="background1" w:themeFillShade="D9"/>
            <w:tcMar/>
            <w:vAlign w:val="center"/>
          </w:tcPr>
          <w:p w:rsidRPr="00CA00D9" w:rsidR="00146DF7" w:rsidP="00BE709C" w:rsidRDefault="00146DF7" w14:paraId="7E03E2A7" w14:textId="66B01CC4">
            <w:pPr>
              <w:spacing w:after="0" w:line="240" w:lineRule="auto"/>
              <w:rPr>
                <w:rFonts w:ascii="Gotham" w:hAnsi="Gotham" w:eastAsia="Times New Roman" w:cs="Calibri"/>
                <w:b/>
                <w:bCs/>
                <w:sz w:val="20"/>
                <w:szCs w:val="20"/>
                <w:lang w:val="es-DO"/>
              </w:rPr>
            </w:pPr>
            <w:r w:rsidRPr="00CA00D9">
              <w:rPr>
                <w:rFonts w:ascii="Gotham" w:hAnsi="Gotham" w:eastAsia="Times New Roman" w:cs="Calibri"/>
                <w:b/>
                <w:bCs/>
                <w:sz w:val="20"/>
                <w:szCs w:val="20"/>
                <w:lang w:val="es-DO"/>
              </w:rPr>
              <w:t>Monto reembolsable</w:t>
            </w:r>
            <w:r w:rsidR="00BE709C">
              <w:rPr>
                <w:rFonts w:ascii="Gotham" w:hAnsi="Gotham" w:eastAsia="Times New Roman" w:cs="Calibri"/>
                <w:b/>
                <w:bCs/>
                <w:sz w:val="20"/>
                <w:szCs w:val="20"/>
                <w:lang w:val="es-DO"/>
              </w:rPr>
              <w:t xml:space="preserve"> (</w:t>
            </w:r>
            <w:r w:rsidRPr="00CA00D9">
              <w:rPr>
                <w:rFonts w:ascii="Gotham" w:hAnsi="Gotham" w:eastAsia="Times New Roman" w:cs="Calibri"/>
                <w:b/>
                <w:bCs/>
                <w:sz w:val="20"/>
                <w:szCs w:val="20"/>
                <w:lang w:val="es-DO"/>
              </w:rPr>
              <w:t>si aplica</w:t>
            </w:r>
            <w:r w:rsidR="00BE709C">
              <w:rPr>
                <w:rFonts w:ascii="Gotham" w:hAnsi="Gotham" w:eastAsia="Times New Roman" w:cs="Calibri"/>
                <w:b/>
                <w:bCs/>
                <w:sz w:val="20"/>
                <w:szCs w:val="20"/>
                <w:lang w:val="es-DO"/>
              </w:rPr>
              <w:t>):</w:t>
            </w:r>
          </w:p>
        </w:tc>
        <w:tc>
          <w:tcPr>
            <w:tcW w:w="2576" w:type="dxa"/>
            <w:tcMar/>
            <w:vAlign w:val="center"/>
          </w:tcPr>
          <w:p w:rsidRPr="00CA00D9" w:rsidR="00146DF7" w:rsidP="00BE709C" w:rsidRDefault="00146DF7" w14:paraId="761B292F" w14:textId="77777777">
            <w:pPr>
              <w:spacing w:after="0" w:line="240" w:lineRule="auto"/>
              <w:rPr>
                <w:rFonts w:ascii="Gotham" w:hAnsi="Gotham" w:eastAsia="Times New Roman" w:cs="Calibri"/>
                <w:b/>
                <w:bCs/>
                <w:color w:val="153D64"/>
                <w:sz w:val="20"/>
                <w:szCs w:val="20"/>
                <w:lang w:val="es-DO"/>
              </w:rPr>
            </w:pPr>
          </w:p>
        </w:tc>
      </w:tr>
      <w:tr w:rsidRPr="000969DD" w:rsidR="00146DF7" w:rsidTr="37328220" w14:paraId="34C8852A" w14:textId="77777777">
        <w:trPr>
          <w:trHeight w:val="213"/>
        </w:trPr>
        <w:tc>
          <w:tcPr>
            <w:tcW w:w="2060" w:type="dxa"/>
            <w:shd w:val="clear" w:color="auto" w:fill="D9D9D9" w:themeFill="background1" w:themeFillShade="D9"/>
            <w:tcMar/>
            <w:vAlign w:val="center"/>
          </w:tcPr>
          <w:p w:rsidRPr="00CA00D9" w:rsidR="00146DF7" w:rsidP="00BE709C" w:rsidRDefault="001D2319" w14:paraId="261BDACF" w14:textId="771473EC">
            <w:pPr>
              <w:spacing w:after="0" w:line="240" w:lineRule="auto"/>
              <w:rPr>
                <w:rFonts w:ascii="Gotham" w:hAnsi="Gotham" w:eastAsia="Times New Roman" w:cs="Calibri"/>
                <w:b/>
                <w:bCs/>
                <w:sz w:val="20"/>
                <w:szCs w:val="20"/>
                <w:lang w:val="es-DO"/>
              </w:rPr>
            </w:pPr>
            <w:r w:rsidRPr="00CA00D9">
              <w:rPr>
                <w:rFonts w:ascii="Gotham" w:hAnsi="Gotham" w:eastAsia="Times New Roman" w:cs="Calibri"/>
                <w:b/>
                <w:bCs/>
                <w:sz w:val="20"/>
                <w:szCs w:val="20"/>
                <w:lang w:val="es-DO"/>
              </w:rPr>
              <w:t>Monto c</w:t>
            </w:r>
            <w:r w:rsidRPr="00CA00D9" w:rsidR="00146DF7">
              <w:rPr>
                <w:rFonts w:ascii="Gotham" w:hAnsi="Gotham" w:eastAsia="Times New Roman" w:cs="Calibri"/>
                <w:b/>
                <w:bCs/>
                <w:sz w:val="20"/>
                <w:szCs w:val="20"/>
                <w:lang w:val="es-DO"/>
              </w:rPr>
              <w:t>ontrapartida nacional</w:t>
            </w:r>
            <w:r w:rsidR="00BE709C">
              <w:rPr>
                <w:rFonts w:ascii="Gotham" w:hAnsi="Gotham" w:eastAsia="Times New Roman" w:cs="Calibri"/>
                <w:b/>
                <w:bCs/>
                <w:sz w:val="20"/>
                <w:szCs w:val="20"/>
                <w:lang w:val="es-DO"/>
              </w:rPr>
              <w:t>:</w:t>
            </w:r>
          </w:p>
        </w:tc>
        <w:tc>
          <w:tcPr>
            <w:tcW w:w="3199" w:type="dxa"/>
            <w:gridSpan w:val="2"/>
            <w:tcMar/>
            <w:vAlign w:val="center"/>
          </w:tcPr>
          <w:p w:rsidRPr="00CA00D9" w:rsidR="00146DF7" w:rsidP="00BE709C" w:rsidRDefault="00146DF7" w14:paraId="15A5F518" w14:textId="77777777">
            <w:pPr>
              <w:spacing w:after="0" w:line="240" w:lineRule="auto"/>
              <w:rPr>
                <w:rFonts w:ascii="Gotham" w:hAnsi="Gotham" w:eastAsia="Times New Roman" w:cs="Calibri"/>
                <w:color w:val="153D64"/>
                <w:sz w:val="20"/>
                <w:szCs w:val="20"/>
              </w:rPr>
            </w:pPr>
          </w:p>
        </w:tc>
        <w:tc>
          <w:tcPr>
            <w:tcW w:w="1935" w:type="dxa"/>
            <w:shd w:val="clear" w:color="auto" w:fill="D9D9D9" w:themeFill="background1" w:themeFillShade="D9"/>
            <w:tcMar/>
            <w:vAlign w:val="center"/>
          </w:tcPr>
          <w:p w:rsidRPr="00CA00D9" w:rsidR="00146DF7" w:rsidP="00BE709C" w:rsidRDefault="00146DF7" w14:paraId="1AB84E8C" w14:textId="0D4C8B1C">
            <w:pPr>
              <w:spacing w:after="0" w:line="240" w:lineRule="auto"/>
              <w:rPr>
                <w:rFonts w:ascii="Gotham" w:hAnsi="Gotham" w:eastAsia="Times New Roman" w:cs="Calibri"/>
                <w:b/>
                <w:bCs/>
                <w:sz w:val="20"/>
                <w:szCs w:val="20"/>
                <w:lang w:val="es-DO"/>
              </w:rPr>
            </w:pPr>
            <w:r w:rsidRPr="00CA00D9">
              <w:rPr>
                <w:rFonts w:ascii="Gotham" w:hAnsi="Gotham" w:eastAsia="Times New Roman" w:cs="Calibri"/>
                <w:b/>
                <w:bCs/>
                <w:sz w:val="20"/>
                <w:szCs w:val="20"/>
                <w:lang w:val="es-DO"/>
              </w:rPr>
              <w:t>Tipo de contrapartida</w:t>
            </w:r>
            <w:r w:rsidR="00C631AF">
              <w:rPr>
                <w:rFonts w:ascii="Gotham" w:hAnsi="Gotham" w:eastAsia="Times New Roman" w:cs="Calibri"/>
                <w:b/>
                <w:bCs/>
                <w:sz w:val="20"/>
                <w:szCs w:val="20"/>
                <w:lang w:val="es-DO"/>
              </w:rPr>
              <w:t xml:space="preserve"> (en especie o financiera)</w:t>
            </w:r>
            <w:r w:rsidR="00BE709C">
              <w:rPr>
                <w:rFonts w:ascii="Gotham" w:hAnsi="Gotham" w:eastAsia="Times New Roman" w:cs="Calibri"/>
                <w:b/>
                <w:bCs/>
                <w:sz w:val="20"/>
                <w:szCs w:val="20"/>
                <w:lang w:val="es-DO"/>
              </w:rPr>
              <w:t>:</w:t>
            </w:r>
          </w:p>
        </w:tc>
        <w:tc>
          <w:tcPr>
            <w:tcW w:w="2576" w:type="dxa"/>
            <w:tcMar/>
            <w:vAlign w:val="center"/>
          </w:tcPr>
          <w:p w:rsidRPr="00CA00D9" w:rsidR="00146DF7" w:rsidP="00BE709C" w:rsidRDefault="00146DF7" w14:paraId="2BAA0682" w14:textId="77777777">
            <w:pPr>
              <w:spacing w:after="0" w:line="240" w:lineRule="auto"/>
              <w:rPr>
                <w:rFonts w:ascii="Gotham" w:hAnsi="Gotham" w:eastAsia="Times New Roman" w:cs="Calibri"/>
                <w:b/>
                <w:bCs/>
                <w:color w:val="153D64"/>
                <w:sz w:val="20"/>
                <w:szCs w:val="20"/>
                <w:lang w:val="es-DO"/>
              </w:rPr>
            </w:pPr>
          </w:p>
        </w:tc>
      </w:tr>
    </w:tbl>
    <w:p w:rsidR="37328220" w:rsidP="37328220" w:rsidRDefault="37328220" w14:paraId="4A39632C" w14:textId="76EF681C">
      <w:pPr>
        <w:spacing w:after="0"/>
        <w:jc w:val="both"/>
        <w:rPr>
          <w:rFonts w:ascii="Gotham" w:hAnsi="Gotham"/>
          <w:lang w:val="es-DO"/>
        </w:rPr>
      </w:pPr>
    </w:p>
    <w:p w:rsidRPr="00CA00D9" w:rsidR="00146DF7" w:rsidP="005462DA" w:rsidRDefault="001D2319" w14:paraId="1CEAFFC4" w14:textId="2ED861B9">
      <w:pPr>
        <w:spacing w:after="0"/>
        <w:jc w:val="both"/>
        <w:rPr>
          <w:rFonts w:hint="eastAsia" w:ascii="Gotham" w:hAnsi="Gotham"/>
          <w:lang w:val="es-DO"/>
        </w:rPr>
      </w:pPr>
      <w:r w:rsidRPr="00CA00D9">
        <w:rPr>
          <w:rFonts w:ascii="Gotham" w:hAnsi="Gotham"/>
          <w:lang w:val="es-DO"/>
        </w:rPr>
        <w:t>Punto focal</w:t>
      </w:r>
    </w:p>
    <w:tbl>
      <w:tblPr>
        <w:tblW w:w="9771" w:type="dxa"/>
        <w:tblInd w:w="1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2040"/>
        <w:gridCol w:w="1010"/>
        <w:gridCol w:w="2220"/>
        <w:gridCol w:w="1965"/>
        <w:gridCol w:w="2536"/>
      </w:tblGrid>
      <w:tr w:rsidRPr="00CA00D9" w:rsidR="005462DA" w:rsidTr="37328220" w14:paraId="6FC65F1A" w14:textId="77777777">
        <w:trPr>
          <w:trHeight w:val="159"/>
        </w:trPr>
        <w:tc>
          <w:tcPr>
            <w:tcW w:w="3050" w:type="dxa"/>
            <w:gridSpan w:val="2"/>
            <w:shd w:val="clear" w:color="auto" w:fill="D9D9D9" w:themeFill="background1" w:themeFillShade="D9"/>
            <w:tcMar/>
            <w:vAlign w:val="center"/>
            <w:hideMark/>
          </w:tcPr>
          <w:p w:rsidRPr="00921E7A" w:rsidR="00146DF7" w:rsidP="005462DA" w:rsidRDefault="00146DF7" w14:paraId="38FBB1F4" w14:textId="268A8F53">
            <w:pPr>
              <w:spacing w:after="0" w:line="240" w:lineRule="auto"/>
              <w:jc w:val="both"/>
              <w:rPr>
                <w:rFonts w:ascii="Gotham" w:hAnsi="Gotham" w:eastAsia="Times New Roman" w:cs="Calibri"/>
                <w:b/>
                <w:bCs/>
                <w:sz w:val="20"/>
                <w:szCs w:val="20"/>
                <w:lang w:val="es-DO"/>
              </w:rPr>
            </w:pPr>
            <w:r w:rsidRPr="00CA00D9">
              <w:rPr>
                <w:rFonts w:ascii="Gotham" w:hAnsi="Gotham" w:eastAsia="Times New Roman" w:cs="Calibri"/>
                <w:b/>
                <w:bCs/>
                <w:sz w:val="20"/>
                <w:szCs w:val="20"/>
                <w:lang w:val="es-DO"/>
              </w:rPr>
              <w:t>Nombre y apellido:</w:t>
            </w:r>
          </w:p>
        </w:tc>
        <w:tc>
          <w:tcPr>
            <w:tcW w:w="6721" w:type="dxa"/>
            <w:gridSpan w:val="3"/>
            <w:tcMar/>
            <w:vAlign w:val="center"/>
            <w:hideMark/>
          </w:tcPr>
          <w:p w:rsidRPr="00921E7A" w:rsidR="00146DF7" w:rsidP="005462DA" w:rsidRDefault="00146DF7" w14:paraId="2AE6B54F" w14:textId="77777777">
            <w:pPr>
              <w:tabs>
                <w:tab w:val="left" w:pos="4478"/>
                <w:tab w:val="left" w:pos="8175"/>
              </w:tabs>
              <w:spacing w:after="0" w:line="240" w:lineRule="auto"/>
              <w:jc w:val="both"/>
              <w:rPr>
                <w:rFonts w:ascii="Gotham" w:hAnsi="Gotham" w:eastAsia="Times New Roman" w:cs="Calibri"/>
                <w:b/>
                <w:bCs/>
                <w:color w:val="153D64"/>
                <w:sz w:val="20"/>
                <w:szCs w:val="20"/>
                <w:lang w:val="es-DO"/>
              </w:rPr>
            </w:pPr>
          </w:p>
        </w:tc>
      </w:tr>
      <w:tr w:rsidRPr="00CA00D9" w:rsidR="00146DF7" w:rsidTr="37328220" w14:paraId="36FC1EDB" w14:textId="77777777">
        <w:trPr>
          <w:trHeight w:val="501"/>
        </w:trPr>
        <w:tc>
          <w:tcPr>
            <w:tcW w:w="2040" w:type="dxa"/>
            <w:shd w:val="clear" w:color="auto" w:fill="D9D9D9" w:themeFill="background1" w:themeFillShade="D9"/>
            <w:tcMar/>
            <w:vAlign w:val="center"/>
            <w:hideMark/>
          </w:tcPr>
          <w:p w:rsidRPr="00921E7A" w:rsidR="00146DF7" w:rsidP="005462DA" w:rsidRDefault="00146DF7" w14:paraId="283B6C9F" w14:textId="4ECBE08F">
            <w:pPr>
              <w:spacing w:after="0" w:line="240" w:lineRule="auto"/>
              <w:jc w:val="both"/>
              <w:rPr>
                <w:rFonts w:ascii="Gotham" w:hAnsi="Gotham" w:eastAsia="Times New Roman" w:cs="Calibri"/>
                <w:b/>
                <w:bCs/>
                <w:sz w:val="20"/>
                <w:szCs w:val="20"/>
                <w:lang w:val="es-DO"/>
              </w:rPr>
            </w:pPr>
            <w:r w:rsidRPr="00CA00D9">
              <w:rPr>
                <w:rFonts w:ascii="Gotham" w:hAnsi="Gotham" w:eastAsia="Times New Roman" w:cs="Calibri"/>
                <w:b/>
                <w:bCs/>
                <w:sz w:val="20"/>
                <w:szCs w:val="20"/>
                <w:lang w:val="es-DO"/>
              </w:rPr>
              <w:t>Dirección o departamento:</w:t>
            </w:r>
          </w:p>
        </w:tc>
        <w:tc>
          <w:tcPr>
            <w:tcW w:w="3230" w:type="dxa"/>
            <w:gridSpan w:val="2"/>
            <w:tcMar/>
            <w:vAlign w:val="center"/>
            <w:hideMark/>
          </w:tcPr>
          <w:p w:rsidRPr="00921E7A" w:rsidR="00146DF7" w:rsidP="005462DA" w:rsidRDefault="00146DF7" w14:paraId="0AC2D320" w14:textId="77777777">
            <w:pPr>
              <w:spacing w:after="0" w:line="240" w:lineRule="auto"/>
              <w:ind w:right="44"/>
              <w:jc w:val="both"/>
              <w:rPr>
                <w:rFonts w:ascii="Gotham" w:hAnsi="Gotham" w:eastAsia="Times New Roman" w:cs="Calibri"/>
                <w:color w:val="153D64"/>
                <w:sz w:val="20"/>
                <w:szCs w:val="20"/>
                <w:lang w:val="es-DO"/>
              </w:rPr>
            </w:pPr>
          </w:p>
        </w:tc>
        <w:tc>
          <w:tcPr>
            <w:tcW w:w="1965" w:type="dxa"/>
            <w:shd w:val="clear" w:color="auto" w:fill="D9D9D9" w:themeFill="background1" w:themeFillShade="D9"/>
            <w:tcMar/>
            <w:vAlign w:val="center"/>
            <w:hideMark/>
          </w:tcPr>
          <w:p w:rsidRPr="00921E7A" w:rsidR="00146DF7" w:rsidP="005462DA" w:rsidRDefault="001D2319" w14:paraId="6F2A316A" w14:textId="6405CB22">
            <w:pPr>
              <w:spacing w:after="0" w:line="240" w:lineRule="auto"/>
              <w:jc w:val="both"/>
              <w:rPr>
                <w:rFonts w:ascii="Gotham" w:hAnsi="Gotham" w:eastAsia="Times New Roman" w:cs="Calibri"/>
                <w:b/>
                <w:bCs/>
                <w:sz w:val="20"/>
                <w:szCs w:val="20"/>
                <w:lang w:val="es-DO"/>
              </w:rPr>
            </w:pPr>
            <w:r w:rsidRPr="00CA00D9">
              <w:rPr>
                <w:rFonts w:ascii="Gotham" w:hAnsi="Gotham" w:eastAsia="Times New Roman" w:cs="Calibri"/>
                <w:b/>
                <w:bCs/>
                <w:sz w:val="20"/>
                <w:szCs w:val="20"/>
                <w:lang w:val="es-DO"/>
              </w:rPr>
              <w:t>Teléfono y extensión:</w:t>
            </w:r>
          </w:p>
        </w:tc>
        <w:tc>
          <w:tcPr>
            <w:tcW w:w="2536" w:type="dxa"/>
            <w:tcMar/>
            <w:vAlign w:val="center"/>
            <w:hideMark/>
          </w:tcPr>
          <w:p w:rsidRPr="00921E7A" w:rsidR="00146DF7" w:rsidP="005462DA" w:rsidRDefault="00146DF7" w14:paraId="40B69197" w14:textId="77777777">
            <w:pPr>
              <w:spacing w:after="0" w:line="240" w:lineRule="auto"/>
              <w:jc w:val="both"/>
              <w:rPr>
                <w:rFonts w:ascii="Gotham" w:hAnsi="Gotham" w:eastAsia="Times New Roman" w:cs="Calibri"/>
                <w:color w:val="153D64"/>
                <w:sz w:val="20"/>
                <w:szCs w:val="20"/>
                <w:lang w:val="pt-PT"/>
              </w:rPr>
            </w:pPr>
          </w:p>
        </w:tc>
      </w:tr>
      <w:tr w:rsidRPr="00CA00D9" w:rsidR="00146DF7" w:rsidTr="37328220" w14:paraId="418741FE" w14:textId="77777777">
        <w:trPr>
          <w:trHeight w:val="213"/>
        </w:trPr>
        <w:tc>
          <w:tcPr>
            <w:tcW w:w="2040" w:type="dxa"/>
            <w:shd w:val="clear" w:color="auto" w:fill="D9D9D9" w:themeFill="background1" w:themeFillShade="D9"/>
            <w:tcMar/>
            <w:vAlign w:val="center"/>
            <w:hideMark/>
          </w:tcPr>
          <w:p w:rsidRPr="00921E7A" w:rsidR="00146DF7" w:rsidP="005462DA" w:rsidRDefault="00146DF7" w14:paraId="0138789A" w14:textId="4A5DDBCC">
            <w:pPr>
              <w:spacing w:after="0" w:line="240" w:lineRule="auto"/>
              <w:jc w:val="both"/>
              <w:rPr>
                <w:rFonts w:ascii="Gotham" w:hAnsi="Gotham" w:eastAsia="Times New Roman" w:cs="Calibri"/>
                <w:b/>
                <w:bCs/>
                <w:sz w:val="20"/>
                <w:szCs w:val="20"/>
                <w:lang w:val="es-DO"/>
              </w:rPr>
            </w:pPr>
            <w:r w:rsidRPr="00CA00D9">
              <w:rPr>
                <w:rFonts w:ascii="Gotham" w:hAnsi="Gotham" w:eastAsia="Times New Roman" w:cs="Calibri"/>
                <w:b/>
                <w:bCs/>
                <w:sz w:val="20"/>
                <w:szCs w:val="20"/>
                <w:lang w:val="es-DO"/>
              </w:rPr>
              <w:t>Cargo:</w:t>
            </w:r>
          </w:p>
        </w:tc>
        <w:tc>
          <w:tcPr>
            <w:tcW w:w="3230" w:type="dxa"/>
            <w:gridSpan w:val="2"/>
            <w:tcMar/>
            <w:vAlign w:val="center"/>
            <w:hideMark/>
          </w:tcPr>
          <w:p w:rsidRPr="00921E7A" w:rsidR="00146DF7" w:rsidP="005462DA" w:rsidRDefault="00146DF7" w14:paraId="6E775288" w14:textId="77777777">
            <w:pPr>
              <w:spacing w:after="0" w:line="240" w:lineRule="auto"/>
              <w:jc w:val="both"/>
              <w:rPr>
                <w:rFonts w:ascii="Gotham" w:hAnsi="Gotham" w:eastAsia="Times New Roman" w:cs="Calibri"/>
                <w:color w:val="153D64"/>
                <w:sz w:val="20"/>
                <w:szCs w:val="20"/>
              </w:rPr>
            </w:pPr>
          </w:p>
        </w:tc>
        <w:tc>
          <w:tcPr>
            <w:tcW w:w="1965" w:type="dxa"/>
            <w:shd w:val="clear" w:color="auto" w:fill="D9D9D9" w:themeFill="background1" w:themeFillShade="D9"/>
            <w:tcMar/>
            <w:vAlign w:val="center"/>
            <w:hideMark/>
          </w:tcPr>
          <w:p w:rsidRPr="00921E7A" w:rsidR="00146DF7" w:rsidP="005462DA" w:rsidRDefault="001D2319" w14:paraId="72A61A26" w14:textId="3E64660D">
            <w:pPr>
              <w:spacing w:after="0" w:line="240" w:lineRule="auto"/>
              <w:jc w:val="both"/>
              <w:rPr>
                <w:rFonts w:ascii="Gotham" w:hAnsi="Gotham" w:eastAsia="Times New Roman" w:cs="Calibri"/>
                <w:b/>
                <w:bCs/>
                <w:sz w:val="20"/>
                <w:szCs w:val="20"/>
                <w:lang w:val="es-DO"/>
              </w:rPr>
            </w:pPr>
            <w:r w:rsidRPr="00CA00D9">
              <w:rPr>
                <w:rFonts w:ascii="Gotham" w:hAnsi="Gotham" w:eastAsia="Times New Roman" w:cs="Calibri"/>
                <w:b/>
                <w:bCs/>
                <w:sz w:val="20"/>
                <w:szCs w:val="20"/>
                <w:lang w:val="es-DO"/>
              </w:rPr>
              <w:t>Correo</w:t>
            </w:r>
          </w:p>
        </w:tc>
        <w:tc>
          <w:tcPr>
            <w:tcW w:w="2536" w:type="dxa"/>
            <w:tcMar/>
            <w:vAlign w:val="center"/>
            <w:hideMark/>
          </w:tcPr>
          <w:p w:rsidRPr="00921E7A" w:rsidR="00146DF7" w:rsidP="005462DA" w:rsidRDefault="00146DF7" w14:paraId="69461B03" w14:textId="78865B39">
            <w:pPr>
              <w:spacing w:after="0" w:line="240" w:lineRule="auto"/>
              <w:jc w:val="both"/>
              <w:rPr>
                <w:rFonts w:ascii="Gotham" w:hAnsi="Gotham" w:eastAsia="Times New Roman" w:cs="Calibri"/>
                <w:color w:val="153D64"/>
                <w:sz w:val="20"/>
                <w:szCs w:val="20"/>
                <w:lang w:val="es-DO"/>
              </w:rPr>
            </w:pPr>
          </w:p>
        </w:tc>
      </w:tr>
    </w:tbl>
    <w:p w:rsidRPr="00CA00D9" w:rsidR="00146DF7" w:rsidP="005462DA" w:rsidRDefault="00146DF7" w14:paraId="2BBE2770" w14:textId="77777777">
      <w:pPr>
        <w:spacing w:after="0"/>
        <w:jc w:val="both"/>
        <w:rPr>
          <w:rFonts w:hint="eastAsia" w:ascii="Gotham" w:hAnsi="Gotham"/>
          <w:lang w:val="es-DO"/>
        </w:rPr>
      </w:pPr>
    </w:p>
    <w:p w:rsidRPr="00CA00D9" w:rsidR="0070166B" w:rsidP="005462DA" w:rsidRDefault="004C3014" w14:paraId="5005A2F2" w14:textId="3E29AF74">
      <w:pPr>
        <w:spacing w:after="0"/>
        <w:jc w:val="both"/>
        <w:rPr>
          <w:rFonts w:hint="eastAsia" w:ascii="Gotham" w:hAnsi="Gotham"/>
          <w:lang w:val="es-DO"/>
        </w:rPr>
      </w:pPr>
      <w:r w:rsidRPr="00CA00D9">
        <w:rPr>
          <w:rFonts w:ascii="Gotham" w:hAnsi="Gotham"/>
          <w:lang w:val="es-DO"/>
        </w:rPr>
        <w:t>Se anexan a la presente los documentos que integran el expediente correspondiente para fines de evaluación, incluyendo [relación de anexos: ficha o perfil de la iniciativa, borrador o copia del acuerdo, certificación de contrapartida, cronograma, presupuesto detallado y demás documentos pertinentes].</w:t>
      </w:r>
    </w:p>
    <w:p w:rsidRPr="00CA00D9" w:rsidR="0070166B" w:rsidP="005462DA" w:rsidRDefault="004C3014" w14:paraId="0349065E" w14:textId="77777777">
      <w:pPr>
        <w:spacing w:after="0"/>
        <w:jc w:val="both"/>
        <w:rPr>
          <w:rFonts w:hint="eastAsia" w:ascii="Gotham" w:hAnsi="Gotham"/>
          <w:lang w:val="es-DO"/>
        </w:rPr>
      </w:pPr>
      <w:r w:rsidRPr="00CA00D9">
        <w:rPr>
          <w:rFonts w:ascii="Gotham" w:hAnsi="Gotham"/>
          <w:lang w:val="es-DO"/>
        </w:rPr>
        <w:t>Sin otro particular, quedamos a disposición para suministrar cualquier información adicional que resulte necesaria.</w:t>
      </w:r>
    </w:p>
    <w:p w:rsidR="005462DA" w:rsidP="005462DA" w:rsidRDefault="005462DA" w14:paraId="24FFAEBA" w14:textId="77777777">
      <w:pPr>
        <w:spacing w:after="0"/>
        <w:jc w:val="both"/>
        <w:rPr>
          <w:rFonts w:hint="eastAsia" w:ascii="Gotham" w:hAnsi="Gotham"/>
          <w:lang w:val="es-DO"/>
        </w:rPr>
      </w:pPr>
    </w:p>
    <w:p w:rsidRPr="00CA00D9" w:rsidR="0070166B" w:rsidP="005462DA" w:rsidRDefault="004C3014" w14:paraId="2385FF92" w14:textId="04BB6ADF">
      <w:pPr>
        <w:spacing w:after="0"/>
        <w:jc w:val="both"/>
        <w:rPr>
          <w:rFonts w:hint="eastAsia" w:ascii="Gotham" w:hAnsi="Gotham"/>
          <w:lang w:val="es-DO"/>
        </w:rPr>
      </w:pPr>
      <w:r w:rsidRPr="00CA00D9">
        <w:rPr>
          <w:rFonts w:ascii="Gotham" w:hAnsi="Gotham"/>
          <w:lang w:val="es-DO"/>
        </w:rPr>
        <w:t>Atentamente,</w:t>
      </w:r>
    </w:p>
    <w:p w:rsidRPr="00A030A7" w:rsidR="007B0B2F" w:rsidP="007B0B2F" w:rsidRDefault="004C3014" w14:paraId="7746BB82" w14:textId="50D87FF8">
      <w:pPr>
        <w:spacing w:after="0"/>
        <w:jc w:val="both"/>
        <w:rPr>
          <w:rFonts w:hint="eastAsia" w:ascii="Gotham" w:hAnsi="Gotham"/>
          <w:b/>
          <w:bCs/>
          <w:lang w:val="es-DO"/>
        </w:rPr>
      </w:pPr>
      <w:r w:rsidRPr="00A030A7">
        <w:rPr>
          <w:rFonts w:ascii="Gotham" w:hAnsi="Gotham"/>
          <w:b/>
          <w:bCs/>
          <w:lang w:val="es-DO"/>
        </w:rPr>
        <w:t>[Nombre de la autoridad firmante]</w:t>
      </w:r>
    </w:p>
    <w:p w:rsidRPr="00CA00D9" w:rsidR="00D90D94" w:rsidP="0054016D" w:rsidRDefault="004C3014" w14:paraId="681117BC" w14:textId="5783C927">
      <w:pPr>
        <w:spacing w:after="0"/>
        <w:jc w:val="both"/>
        <w:rPr>
          <w:rFonts w:hint="eastAsia" w:ascii="Gotham" w:hAnsi="Gotham"/>
          <w:lang w:val="es-DO"/>
        </w:rPr>
      </w:pPr>
      <w:r w:rsidRPr="00CA00D9">
        <w:rPr>
          <w:rFonts w:ascii="Gotham" w:hAnsi="Gotham"/>
          <w:lang w:val="es-DO"/>
        </w:rPr>
        <w:t>[Cargo]</w:t>
      </w:r>
      <w:r w:rsidRPr="00CA00D9">
        <w:rPr>
          <w:rFonts w:ascii="Gotham" w:hAnsi="Gotham"/>
          <w:lang w:val="es-DO"/>
        </w:rPr>
        <w:br/>
      </w:r>
      <w:r w:rsidRPr="00CA00D9">
        <w:rPr>
          <w:rFonts w:ascii="Gotham" w:hAnsi="Gotham"/>
          <w:lang w:val="es-DO"/>
        </w:rPr>
        <w:t>[Institución]</w:t>
      </w:r>
    </w:p>
    <w:sectPr w:rsidRPr="00CA00D9" w:rsidR="00D90D94" w:rsidSect="001D2319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pgSz w:w="12240" w:h="15840" w:orient="portrait"/>
      <w:pgMar w:top="1247" w:right="1247" w:bottom="1134" w:left="1247" w:header="720" w:footer="720" w:gutter="0"/>
      <w:cols w:space="720"/>
      <w:titlePg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nitials="LL" w:author="Luis Alfredo Lugo Hidalgo" w:date="2026-04-30T09:45:00Z" w:id="0">
    <w:p w:rsidR="00CB4BAC" w:rsidP="00CB4BAC" w:rsidRDefault="00CB4BAC" w14:paraId="209D93C4" w14:textId="77777777">
      <w:pPr>
        <w:pStyle w:val="CommentText"/>
      </w:pPr>
      <w:r>
        <w:rPr>
          <w:rStyle w:val="CommentReference"/>
        </w:rPr>
        <w:annotationRef/>
      </w:r>
      <w:r>
        <w:rPr>
          <w:lang w:val="es-ES"/>
        </w:rPr>
        <w:t>El nombre de la iniciativa se repite 3 veces, consideraría eliminar el del cuerpo del texto o el de la tabla, y agregar a la tabla un espacio para el objetivo que persigue la iniciativa y otro para su alcance territorial.</w:t>
      </w:r>
    </w:p>
  </w:comment>
</w:comments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1" w15:paraId="209D93C4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4DB818AB" w16cex:dateUtc="2026-04-30T13:45:00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209D93C4" w16cid:durableId="4DB818AB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C3014" w:rsidP="001D2319" w:rsidRDefault="004C3014" w14:paraId="2248B801" w14:textId="77777777">
      <w:pPr>
        <w:spacing w:after="0" w:line="240" w:lineRule="auto"/>
      </w:pPr>
      <w:r>
        <w:separator/>
      </w:r>
    </w:p>
  </w:endnote>
  <w:endnote w:type="continuationSeparator" w:id="0">
    <w:p w:rsidR="004C3014" w:rsidP="001D2319" w:rsidRDefault="004C3014" w14:paraId="3C7F59F0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ptos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otham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7B0B2F" w:rsidR="007B0B2F" w:rsidP="007B0B2F" w:rsidRDefault="007B0B2F" w14:paraId="2331FE14" w14:textId="575E1F02">
    <w:pPr>
      <w:tabs>
        <w:tab w:val="left" w:pos="7290"/>
      </w:tabs>
      <w:spacing w:after="0"/>
      <w:jc w:val="center"/>
      <w:rPr>
        <w:rFonts w:hint="eastAsia" w:ascii="Gotham" w:hAnsi="Gotham"/>
        <w:lang w:val="es-DO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7B0B2F" w:rsidR="007B0B2F" w:rsidP="007B0B2F" w:rsidRDefault="007B0B2F" w14:paraId="21215B10" w14:textId="77777777">
    <w:pPr>
      <w:spacing w:after="0"/>
      <w:jc w:val="center"/>
      <w:rPr>
        <w:rFonts w:hint="eastAsia" w:ascii="Gotham" w:hAnsi="Gotham"/>
        <w:b/>
        <w:bCs/>
        <w:sz w:val="16"/>
        <w:szCs w:val="16"/>
        <w:lang w:val="es-DO"/>
      </w:rPr>
    </w:pPr>
    <w:r w:rsidRPr="007B0B2F">
      <w:rPr>
        <w:rFonts w:ascii="Gotham" w:hAnsi="Gotham"/>
        <w:b/>
        <w:bCs/>
        <w:sz w:val="16"/>
        <w:szCs w:val="16"/>
        <w:lang w:val="es-DO"/>
      </w:rPr>
      <w:t>Ministerio de la Presidencia</w:t>
    </w:r>
  </w:p>
  <w:p w:rsidRPr="007B0B2F" w:rsidR="007B0B2F" w:rsidP="007B0B2F" w:rsidRDefault="007B0B2F" w14:paraId="17AF297D" w14:textId="77777777">
    <w:pPr>
      <w:tabs>
        <w:tab w:val="left" w:pos="7290"/>
      </w:tabs>
      <w:spacing w:after="0"/>
      <w:jc w:val="center"/>
      <w:rPr>
        <w:rFonts w:hint="eastAsia" w:ascii="Gotham" w:hAnsi="Gotham"/>
        <w:sz w:val="16"/>
        <w:szCs w:val="16"/>
        <w:lang w:val="es-DO"/>
      </w:rPr>
    </w:pPr>
    <w:r w:rsidRPr="007B0B2F">
      <w:rPr>
        <w:rFonts w:ascii="Gotham" w:hAnsi="Gotham"/>
        <w:sz w:val="16"/>
        <w:szCs w:val="16"/>
        <w:lang w:val="es-DO"/>
      </w:rPr>
      <w:t>Av. México esq. calle Dr. Delgado, Palacio Nacional, Santo Domingo.</w:t>
    </w:r>
  </w:p>
  <w:p w:rsidR="007B0B2F" w:rsidP="007B0B2F" w:rsidRDefault="007B0B2F" w14:paraId="5009F91A" w14:textId="35D76E7D">
    <w:pPr>
      <w:pStyle w:val="Footer"/>
      <w:jc w:val="center"/>
    </w:pPr>
    <w:r w:rsidRPr="007B0B2F">
      <w:rPr>
        <w:rFonts w:ascii="Gotham" w:hAnsi="Gotham"/>
        <w:sz w:val="16"/>
        <w:szCs w:val="16"/>
      </w:rPr>
      <w:t>Tel.: 809-695-8000 ext. 2013 </w:t>
    </w:r>
    <w:hyperlink w:history="1" r:id="rId1">
      <w:r w:rsidRPr="007B0B2F">
        <w:rPr>
          <w:rStyle w:val="Hyperlink"/>
          <w:rFonts w:ascii="Gotham" w:hAnsi="Gotham"/>
          <w:sz w:val="16"/>
          <w:szCs w:val="16"/>
        </w:rPr>
        <w:t>minpre@presidencia.gob.do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C3014" w:rsidP="001D2319" w:rsidRDefault="004C3014" w14:paraId="2ACF2970" w14:textId="77777777">
      <w:pPr>
        <w:spacing w:after="0" w:line="240" w:lineRule="auto"/>
      </w:pPr>
      <w:r>
        <w:separator/>
      </w:r>
    </w:p>
  </w:footnote>
  <w:footnote w:type="continuationSeparator" w:id="0">
    <w:p w:rsidR="004C3014" w:rsidP="001D2319" w:rsidRDefault="004C3014" w14:paraId="7EE8C2B4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Pr="00CA00D9" w:rsidR="00CA00D9" w:rsidP="00CA00D9" w:rsidRDefault="00CA00D9" w14:paraId="4A57592C" w14:textId="5D7F238D">
    <w:pPr>
      <w:pStyle w:val="Heading1Custom"/>
      <w:spacing w:before="120" w:after="0"/>
      <w:jc w:val="center"/>
      <w:rPr>
        <w:color w:val="FFFFFF" w:themeColor="background1"/>
        <w:lang w:val="es-DO"/>
      </w:rPr>
    </w:pPr>
    <w:r w:rsidRPr="00CA00D9"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58241" behindDoc="1" locked="0" layoutInCell="1" allowOverlap="1" wp14:anchorId="66FF7773" wp14:editId="271BBD9C">
              <wp:simplePos x="0" y="0"/>
              <wp:positionH relativeFrom="column">
                <wp:posOffset>-800922</wp:posOffset>
              </wp:positionH>
              <wp:positionV relativeFrom="paragraph">
                <wp:posOffset>-437354</wp:posOffset>
              </wp:positionV>
              <wp:extent cx="7773707" cy="761119"/>
              <wp:effectExtent l="57150" t="19050" r="74930" b="96520"/>
              <wp:wrapNone/>
              <wp:docPr id="408762453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3707" cy="761119"/>
                      </a:xfrm>
                      <a:prstGeom prst="rect">
                        <a:avLst/>
                      </a:prstGeom>
                      <a:solidFill>
                        <a:srgbClr val="002060"/>
                      </a:solidFill>
                    </wps:spPr>
                    <wps:style>
                      <a:lnRef idx="1">
                        <a:schemeClr val="accent1"/>
                      </a:lnRef>
                      <a:fillRef idx="3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Pr="001D2319" w:rsidR="00CA00D9" w:rsidP="00CA00D9" w:rsidRDefault="00CA00D9" w14:paraId="7C65C276" w14:textId="77777777">
                          <w:pPr>
                            <w:jc w:val="center"/>
                          </w:pPr>
                        </w:p>
                        <w:p w:rsidR="00CA00D9" w:rsidP="00CA00D9" w:rsidRDefault="00CA00D9" w14:paraId="66E21908" w14:textId="77777777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06ECB513">
            <v:rect id="Rectangle 1" style="position:absolute;left:0;text-align:left;margin-left:-63.05pt;margin-top:-34.45pt;width:612.1pt;height:59.95pt;z-index:-25165823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spid="_x0000_s1027" fillcolor="#002060" strokecolor="#4579b8 [3044]" w14:anchorId="66FF77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">
              <v:shadow on="t" color="black" opacity="22937f" offset="0,.63889mm" origin=",.5"/>
              <v:textbox>
                <w:txbxContent>
                  <w:p w:rsidRPr="001D2319" w:rsidR="00CA00D9" w:rsidP="00CA00D9" w:rsidRDefault="00CA00D9" w14:paraId="02EB378F" w14:textId="77777777">
                    <w:pPr>
                      <w:jc w:val="center"/>
                    </w:pPr>
                  </w:p>
                  <w:p w:rsidR="00CA00D9" w:rsidP="00CA00D9" w:rsidRDefault="00CA00D9" w14:paraId="6A05A809" w14:textId="77777777"/>
                </w:txbxContent>
              </v:textbox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Pr="001D2319" w:rsidR="001D2319" w:rsidP="001D2319" w:rsidRDefault="001D2319" w14:paraId="5EF8864B" w14:textId="3CC7491F">
    <w:pPr>
      <w:pStyle w:val="Heading1Custom"/>
      <w:spacing w:before="120" w:after="0"/>
      <w:jc w:val="center"/>
      <w:rPr>
        <w:color w:val="FFFFFF" w:themeColor="background1"/>
        <w:lang w:val="es-DO"/>
      </w:rPr>
    </w:pPr>
    <w:r w:rsidRPr="001D2319"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1E576488" wp14:editId="07A8D2C3">
              <wp:simplePos x="0" y="0"/>
              <wp:positionH relativeFrom="column">
                <wp:posOffset>-798122</wp:posOffset>
              </wp:positionH>
              <wp:positionV relativeFrom="paragraph">
                <wp:posOffset>-438150</wp:posOffset>
              </wp:positionV>
              <wp:extent cx="7773707" cy="858351"/>
              <wp:effectExtent l="57150" t="19050" r="74930" b="94615"/>
              <wp:wrapNone/>
              <wp:docPr id="58059290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3707" cy="858351"/>
                      </a:xfrm>
                      <a:prstGeom prst="rect">
                        <a:avLst/>
                      </a:prstGeom>
                      <a:solidFill>
                        <a:srgbClr val="002060"/>
                      </a:solidFill>
                    </wps:spPr>
                    <wps:style>
                      <a:lnRef idx="1">
                        <a:schemeClr val="accent1"/>
                      </a:lnRef>
                      <a:fillRef idx="3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Pr="001D2319" w:rsidR="001D2319" w:rsidP="001D2319" w:rsidRDefault="001D2319" w14:paraId="45E1FEC9" w14:textId="23FB2B64">
                          <w:pPr>
                            <w:jc w:val="center"/>
                          </w:pPr>
                        </w:p>
                        <w:p w:rsidR="001D2319" w:rsidP="001D2319" w:rsidRDefault="001D2319" w14:paraId="5E72774C" w14:textId="793DBB89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 w14:anchorId="1FF949FA">
            <v:rect id="_x0000_s1028" style="position:absolute;left:0;text-align:left;margin-left:-62.85pt;margin-top:-34.5pt;width:612.1pt;height:67.6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fillcolor="#002060" strokecolor="#4579b8 [3044]" w14:anchorId="1E5764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">
              <v:shadow on="t" color="black" opacity="22937f" offset="0,.63889mm" origin=",.5"/>
              <v:textbox>
                <w:txbxContent>
                  <w:p w:rsidRPr="001D2319" w:rsidR="001D2319" w:rsidP="001D2319" w:rsidRDefault="001D2319" w14:paraId="0A37501D" w14:textId="23FB2B64">
                    <w:pPr>
                      <w:jc w:val="center"/>
                    </w:pPr>
                  </w:p>
                  <w:p w:rsidR="001D2319" w:rsidP="001D2319" w:rsidRDefault="001D2319" w14:paraId="5DAB6C7B" w14:textId="793DBB89"/>
                </w:txbxContent>
              </v:textbox>
            </v:rect>
          </w:pict>
        </mc:Fallback>
      </mc:AlternateContent>
    </w:r>
  </w:p>
  <w:p w:rsidR="001D2319" w:rsidRDefault="001D2319" w14:paraId="49FDAE9D" w14:textId="722338B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="005462DA" w:rsidRDefault="005462DA" w14:paraId="690568DB" w14:textId="5F4828B5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6E4E8809" wp14:editId="463AFE1D">
              <wp:simplePos x="0" y="0"/>
              <wp:positionH relativeFrom="column">
                <wp:posOffset>-787550</wp:posOffset>
              </wp:positionH>
              <wp:positionV relativeFrom="paragraph">
                <wp:posOffset>-438150</wp:posOffset>
              </wp:positionV>
              <wp:extent cx="7759186" cy="446078"/>
              <wp:effectExtent l="57150" t="19050" r="70485" b="87630"/>
              <wp:wrapNone/>
              <wp:docPr id="651112475" name="Rectangl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59186" cy="446078"/>
                      </a:xfrm>
                      <a:prstGeom prst="rect">
                        <a:avLst/>
                      </a:prstGeom>
                      <a:solidFill>
                        <a:srgbClr val="002060"/>
                      </a:solidFill>
                    </wps:spPr>
                    <wps:style>
                      <a:lnRef idx="1">
                        <a:schemeClr val="accent1"/>
                      </a:lnRef>
                      <a:fillRef idx="3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 w14:anchorId="18A21849">
            <v:rect id="Rectangle 9" style="position:absolute;margin-left:-62pt;margin-top:-34.5pt;width:610.95pt;height:35.1pt;z-index:25165824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spid="_x0000_s1026" fillcolor="#002060" strokecolor="#4579b8 [3044]" w14:anchorId="31B47A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">
              <v:shadow on="t" color="black" opacity="22937f" offset="0,.63889mm" origin=",.5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num w:numId="1" w16cid:durableId="566913442">
    <w:abstractNumId w:val="8"/>
  </w:num>
  <w:num w:numId="2" w16cid:durableId="636834629">
    <w:abstractNumId w:val="6"/>
  </w:num>
  <w:num w:numId="3" w16cid:durableId="1637179022">
    <w:abstractNumId w:val="5"/>
  </w:num>
  <w:num w:numId="4" w16cid:durableId="714354917">
    <w:abstractNumId w:val="4"/>
  </w:num>
  <w:num w:numId="5" w16cid:durableId="787354476">
    <w:abstractNumId w:val="7"/>
  </w:num>
  <w:num w:numId="6" w16cid:durableId="1999335532">
    <w:abstractNumId w:val="3"/>
  </w:num>
  <w:num w:numId="7" w16cid:durableId="1963724100">
    <w:abstractNumId w:val="2"/>
  </w:num>
  <w:num w:numId="8" w16cid:durableId="405617030">
    <w:abstractNumId w:val="1"/>
  </w:num>
  <w:num w:numId="9" w16cid:durableId="2009599734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Luis Alfredo Lugo Hidalgo">
    <w15:presenceInfo w15:providerId="AD" w15:userId="S::luis.lugo@economia.gob.do::89496442-392a-4459-a11a-1ec85495fa17"/>
  </w15:person>
</w15:people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trackRevisions w:val="false"/>
  <w:defaultTabStop w:val="720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65895"/>
    <w:rsid w:val="00065A61"/>
    <w:rsid w:val="0007511A"/>
    <w:rsid w:val="000969DD"/>
    <w:rsid w:val="0010553F"/>
    <w:rsid w:val="00146DF7"/>
    <w:rsid w:val="0015074B"/>
    <w:rsid w:val="00152E8C"/>
    <w:rsid w:val="001B7D7C"/>
    <w:rsid w:val="001D2319"/>
    <w:rsid w:val="00243292"/>
    <w:rsid w:val="00244C3A"/>
    <w:rsid w:val="0029639D"/>
    <w:rsid w:val="00326F90"/>
    <w:rsid w:val="00457B7D"/>
    <w:rsid w:val="004C3014"/>
    <w:rsid w:val="0054016D"/>
    <w:rsid w:val="005462DA"/>
    <w:rsid w:val="00603E48"/>
    <w:rsid w:val="006D2BC8"/>
    <w:rsid w:val="006E3E2F"/>
    <w:rsid w:val="0070166B"/>
    <w:rsid w:val="007B0B2F"/>
    <w:rsid w:val="007E4E8C"/>
    <w:rsid w:val="00921E7A"/>
    <w:rsid w:val="00967A81"/>
    <w:rsid w:val="009B4091"/>
    <w:rsid w:val="00A022C9"/>
    <w:rsid w:val="00A030A7"/>
    <w:rsid w:val="00A715A8"/>
    <w:rsid w:val="00A75153"/>
    <w:rsid w:val="00A9575B"/>
    <w:rsid w:val="00AA1D8D"/>
    <w:rsid w:val="00AC7CE7"/>
    <w:rsid w:val="00B47730"/>
    <w:rsid w:val="00B56AAA"/>
    <w:rsid w:val="00B951A5"/>
    <w:rsid w:val="00BA5D90"/>
    <w:rsid w:val="00BE709C"/>
    <w:rsid w:val="00C631AF"/>
    <w:rsid w:val="00CA00D9"/>
    <w:rsid w:val="00CB0664"/>
    <w:rsid w:val="00CB4BAC"/>
    <w:rsid w:val="00CE6068"/>
    <w:rsid w:val="00D8471B"/>
    <w:rsid w:val="00D90D94"/>
    <w:rsid w:val="00DB6498"/>
    <w:rsid w:val="00DF3377"/>
    <w:rsid w:val="00F03109"/>
    <w:rsid w:val="00F20342"/>
    <w:rsid w:val="00FC693F"/>
    <w:rsid w:val="2A989BB5"/>
    <w:rsid w:val="37328220"/>
    <w:rsid w:val="64303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4E8703A"/>
  <w14:defaultImageDpi w14:val="300"/>
  <w15:docId w15:val="{63CEE19B-FB85-4022-8C32-8C5E7E940665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EastAsia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C693F"/>
    <w:rPr>
      <w:rFonts w:ascii="Aptos" w:hAnsi="Aptos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styleId="Heading1Char" w:customStyle="1">
    <w:name w:val="Heading 1 Char"/>
    <w:basedOn w:val="DefaultParagraphFont"/>
    <w:link w:val="Heading1"/>
    <w:uiPriority w:val="9"/>
    <w:rsid w:val="00FC693F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1">
    <w:name w:val="Heading 2 Char"/>
    <w:basedOn w:val="DefaultParagraphFont"/>
    <w:link w:val="Heading2"/>
    <w:uiPriority w:val="9"/>
    <w:rsid w:val="00FC693F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rsid w:val="00FC693F"/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1">
    <w:name w:val="Title Char"/>
    <w:basedOn w:val="DefaultParagraphFont"/>
    <w:link w:val="Title"/>
    <w:uiPriority w:val="10"/>
    <w:rsid w:val="00FC693F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1">
    <w:name w:val="Subtitle Char"/>
    <w:basedOn w:val="DefaultParagraphFont"/>
    <w:link w:val="Subtitle"/>
    <w:uiPriority w:val="11"/>
    <w:rsid w:val="00FC693F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styleId="BodyTextChar" w:customStyle="1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styleId="BodyText2Char" w:customStyle="1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styleId="BodyText3Char" w:customStyle="1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styleId="MacroTextChar" w:customStyle="1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styleId="QuoteChar" w:customStyle="1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FC693F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FC693F"/>
    <w:rPr>
      <w:rFonts w:asciiTheme="majorHAnsi" w:hAnsiTheme="majorHAnsi" w:eastAsiaTheme="majorEastAsia" w:cstheme="majorBidi"/>
      <w:color w:val="243F60" w:themeColor="accent1" w:themeShade="7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FC693F"/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FC693F"/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FC693F"/>
    <w:rPr>
      <w:rFonts w:asciiTheme="majorHAnsi" w:hAnsiTheme="majorHAnsi" w:eastAsiaTheme="majorEastAsia" w:cstheme="majorBidi"/>
      <w:color w:val="4F81BD" w:themeColor="accent1"/>
      <w:sz w:val="20"/>
      <w:szCs w:val="20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FC693F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404040" w:themeColor="text1" w:themeTint="BF" w:sz="8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themeTint="BF" w:sz="6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B3CC82" w:themeColor="accent3" w:themeTint="BF" w:sz="8" w:space="0"/>
          <w:left w:val="single" w:color="B3CC82" w:themeColor="accent3" w:themeTint="BF" w:sz="8" w:space="0"/>
          <w:bottom w:val="single" w:color="B3CC82" w:themeColor="accent3" w:themeTint="BF" w:sz="8" w:space="0"/>
          <w:right w:val="single" w:color="B3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themeColor="accent3" w:themeTint="BF" w:sz="6" w:space="0"/>
          <w:left w:val="single" w:color="B3CC82" w:themeColor="accent3" w:themeTint="BF" w:sz="8" w:space="0"/>
          <w:bottom w:val="single" w:color="B3CC82" w:themeColor="accent3" w:themeTint="BF" w:sz="8" w:space="0"/>
          <w:right w:val="single" w:color="B3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404040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3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themeShade="99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C4C74" w:themeColor="accent1" w:themeShade="99" w:sz="4" w:space="0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772C2A" w:themeColor="accent2" w:themeShade="99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5E7530" w:themeColor="accent3" w:themeShade="99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4C3B62" w:themeColor="accent4" w:themeShade="99" w:sz="4" w:space="0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76A7C" w:themeColor="accent5" w:themeShade="99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B65608" w:themeColor="accent6" w:themeShade="99" w:sz="4" w:space="0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TitleCustom" w:customStyle="1">
    <w:name w:val="TitleCustom"/>
    <w:rPr>
      <w:rFonts w:ascii="Aptos Display" w:hAnsi="Aptos Display"/>
      <w:b/>
      <w:color w:val="1F3756"/>
      <w:sz w:val="36"/>
    </w:rPr>
  </w:style>
  <w:style w:type="paragraph" w:styleId="Heading1Custom" w:customStyle="1">
    <w:name w:val="Heading1Custom"/>
    <w:rPr>
      <w:rFonts w:ascii="Aptos" w:hAnsi="Aptos"/>
      <w:b/>
      <w:color w:val="1F3756"/>
      <w:sz w:val="28"/>
    </w:rPr>
  </w:style>
  <w:style w:type="paragraph" w:styleId="Heading2Custom" w:customStyle="1">
    <w:name w:val="Heading2Custom"/>
    <w:rPr>
      <w:rFonts w:ascii="Aptos" w:hAnsi="Aptos"/>
      <w:b/>
      <w:color w:val="1F3756"/>
      <w:sz w:val="23"/>
    </w:rPr>
  </w:style>
  <w:style w:type="paragraph" w:styleId="SmallNote" w:customStyle="1">
    <w:name w:val="SmallNote"/>
    <w:rPr>
      <w:rFonts w:ascii="Aptos" w:hAnsi="Aptos"/>
      <w:i/>
      <w:color w:val="5A5A5A"/>
      <w:sz w:val="18"/>
    </w:rPr>
  </w:style>
  <w:style w:type="paragraph" w:styleId="NormalWeb">
    <w:name w:val="Normal (Web)"/>
    <w:basedOn w:val="Normal"/>
    <w:uiPriority w:val="99"/>
    <w:semiHidden/>
    <w:unhideWhenUsed/>
    <w:rsid w:val="00BA5D90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7B0B2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0B2F"/>
    <w:rPr>
      <w:color w:val="605E5C"/>
      <w:shd w:val="clear" w:color="auto" w:fill="E1DFDD"/>
    </w:rPr>
  </w:style>
  <w:style w:type="character" w:styleId="CommentReference">
    <w:name w:val="Comment Reference"/>
    <w:basedOn w:val="DefaultParagraphFont"/>
    <w:uiPriority w:val="99"/>
    <w:semiHidden/>
    <w:unhideWhenUsed/>
    <w:rsid w:val="00CB4BAC"/>
    <w:rPr>
      <w:sz w:val="16"/>
      <w:szCs w:val="16"/>
    </w:rPr>
  </w:style>
  <w:style w:type="paragraph" w:styleId="CommentText">
    <w:name w:val="Comment Text"/>
    <w:basedOn w:val="Normal"/>
    <w:link w:val="CommentTextChar"/>
    <w:uiPriority w:val="99"/>
    <w:unhideWhenUsed/>
    <w:rsid w:val="00CB4BAC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CB4BAC"/>
    <w:rPr>
      <w:rFonts w:ascii="Aptos" w:hAnsi="Aptos"/>
      <w:sz w:val="20"/>
      <w:szCs w:val="20"/>
    </w:rPr>
  </w:style>
  <w:style w:type="paragraph" w:styleId="CommentSubject">
    <w:name w:val="Comment Subject"/>
    <w:basedOn w:val="CommentText"/>
    <w:next w:val="CommentText"/>
    <w:link w:val="CommentSubjectChar"/>
    <w:uiPriority w:val="99"/>
    <w:semiHidden/>
    <w:unhideWhenUsed/>
    <w:rsid w:val="00CB4BAC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CB4BAC"/>
    <w:rPr>
      <w:rFonts w:ascii="Aptos" w:hAnsi="Aptos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6/09/relationships/commentsIds" Target="commentsId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microsoft.com/office/2011/relationships/people" Target="people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8/08/relationships/commentsExtensible" Target="commentsExtensible.xml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minpre@presidencia.gob.d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1FD8F3231401941BE97D30795409C2B" ma:contentTypeVersion="18" ma:contentTypeDescription="Crear nuevo documento." ma:contentTypeScope="" ma:versionID="d0252716f59695a66d8bc33284353802">
  <xsd:schema xmlns:xsd="http://www.w3.org/2001/XMLSchema" xmlns:xs="http://www.w3.org/2001/XMLSchema" xmlns:p="http://schemas.microsoft.com/office/2006/metadata/properties" xmlns:ns2="c6c4d80f-aefb-40d8-82c5-c866a6993c88" xmlns:ns3="cc3ff2b3-f4cd-4098-826a-ad819f65e29f" targetNamespace="http://schemas.microsoft.com/office/2006/metadata/properties" ma:root="true" ma:fieldsID="e9c7f61b6d1b9f08f0c0f70055b53a25" ns2:_="" ns3:_="">
    <xsd:import namespace="c6c4d80f-aefb-40d8-82c5-c866a6993c88"/>
    <xsd:import namespace="cc3ff2b3-f4cd-4098-826a-ad819f65e2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c4d80f-aefb-40d8-82c5-c866a6993c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Etiquetas de imagen" ma:readOnly="false" ma:fieldId="{5cf76f15-5ced-4ddc-b409-7134ff3c332f}" ma:taxonomyMulti="true" ma:sspId="8c72666d-2c2f-4e10-8e12-5ac1c5e0b0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24" nillable="true" ma:displayName="Estado de aprobación" ma:internalName="Estado_x0020_de_x0020_aprobaci_x00f3_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3ff2b3-f4cd-4098-826a-ad819f65e29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65ee73fe-a80c-48c2-80b1-7bba4667a345}" ma:internalName="TaxCatchAll" ma:showField="CatchAllData" ma:web="cc3ff2b3-f4cd-4098-826a-ad819f65e2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6c4d80f-aefb-40d8-82c5-c866a6993c88">
      <Terms xmlns="http://schemas.microsoft.com/office/infopath/2007/PartnerControls"/>
    </lcf76f155ced4ddcb4097134ff3c332f>
    <TaxCatchAll xmlns="cc3ff2b3-f4cd-4098-826a-ad819f65e29f" xsi:nil="true"/>
    <_Flow_SignoffStatus xmlns="c6c4d80f-aefb-40d8-82c5-c866a6993c88" xsi:nil="true"/>
  </documentManagement>
</p:properties>
</file>

<file path=customXml/itemProps1.xml><?xml version="1.0" encoding="utf-8"?>
<ds:datastoreItem xmlns:ds="http://schemas.openxmlformats.org/officeDocument/2006/customXml" ds:itemID="{A91C5306-8A09-47E3-BCB8-EFBFA26128C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D47362C-572B-4099-985B-C39E2B8437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c4d80f-aefb-40d8-82c5-c866a6993c88"/>
    <ds:schemaRef ds:uri="cc3ff2b3-f4cd-4098-826a-ad819f65e2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88C58A8-7A5C-42A7-87B0-647A2B324098}">
  <ds:schemaRefs>
    <ds:schemaRef ds:uri="http://schemas.microsoft.com/office/2006/metadata/properties"/>
    <ds:schemaRef ds:uri="http://schemas.microsoft.com/office/infopath/2007/PartnerControls"/>
    <ds:schemaRef ds:uri="c6c4d80f-aefb-40d8-82c5-c866a6993c88"/>
    <ds:schemaRef ds:uri="cc3ff2b3-f4cd-4098-826a-ad819f65e29f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python-docx</dc:creator>
  <keywords/>
  <dc:description>generated by python-docx</dc:description>
  <lastModifiedBy>Luis Alfredo Lugo Hidalgo</lastModifiedBy>
  <revision>15</revision>
  <dcterms:created xsi:type="dcterms:W3CDTF">2026-04-06T21:39:00.0000000Z</dcterms:created>
  <dcterms:modified xsi:type="dcterms:W3CDTF">2026-04-30T18:41:24.9816476Z</dcterms:modified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0x010100D1FD8F3231401941BE97D30795409C2B</vt:lpwstr>
  </property>
  <property fmtid="{D5CDD505-2E9C-101B-9397-08002B2CF9AE}" pid="3" name="MediaServiceImageTags">
    <vt:lpwstr/>
  </property>
</Properties>
</file>